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Arbre généalogique - Variante 3 (design arbre + photos)</w:t>
      </w:r>
    </w:p>
    <w:p>
      <w:pPr/>
      <w:r>
        <w:t>🌳 Génération 1 :</w:t>
        <w:br/>
        <w:br/>
        <w:t>[Photo]</w:t>
        <w:br/>
        <w:t>Nom - Date</w:t>
      </w:r>
    </w:p>
    <w:p>
      <w:pPr/>
      <w:r>
        <w:br/>
        <w:t>⇩</w:t>
      </w:r>
    </w:p>
    <w:p>
      <w:pPr/>
      <w:r>
        <w:t>👪 Génération 2 :</w:t>
        <w:br/>
        <w:br/>
        <w:t>[Photo]</w:t>
        <w:br/>
        <w:t>Nom - Date</w:t>
        <w:br/>
        <w:br/>
        <w:t>[Photo]</w:t>
        <w:br/>
        <w:t>Nom - Date</w:t>
      </w:r>
    </w:p>
    <w:p>
      <w:pPr/>
      <w:r>
        <w:br/>
        <w:t>⇩</w:t>
      </w:r>
    </w:p>
    <w:p>
      <w:pPr/>
      <w:r>
        <w:t>👶 Génération 3 :</w:t>
        <w:br/>
        <w:br/>
        <w:t>[Photo]</w:t>
        <w:br/>
        <w:t>Nom - Date</w:t>
        <w:br/>
        <w:t>[Photo]</w:t>
        <w:br/>
        <w:t>Nom - Date</w:t>
        <w:br/>
        <w:t>[Photo]</w:t>
        <w:br/>
        <w:t>Nom - Date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